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5B78E" w14:textId="77777777" w:rsidR="00230015" w:rsidRPr="00207437" w:rsidRDefault="002F243A" w:rsidP="00230015">
      <w:pPr>
        <w:pStyle w:val="Heading1"/>
        <w:spacing w:before="0" w:line="240" w:lineRule="auto"/>
        <w:jc w:val="center"/>
        <w:rPr>
          <w:rFonts w:ascii="Times New Roman" w:hAnsi="Times New Roman" w:cs="Times New Roman"/>
          <w:color w:val="000000" w:themeColor="text1"/>
          <w:sz w:val="32"/>
          <w:szCs w:val="32"/>
        </w:rPr>
      </w:pPr>
      <w:r w:rsidRPr="00207437">
        <w:rPr>
          <w:rFonts w:ascii="Times New Roman" w:hAnsi="Times New Roman" w:cs="Times New Roman"/>
          <w:color w:val="000000" w:themeColor="text1"/>
          <w:sz w:val="32"/>
          <w:szCs w:val="32"/>
        </w:rPr>
        <w:t>SWAT Swim Club</w:t>
      </w:r>
      <w:r w:rsidR="004E0764" w:rsidRPr="00207437">
        <w:rPr>
          <w:rFonts w:ascii="Times New Roman" w:hAnsi="Times New Roman" w:cs="Times New Roman"/>
          <w:color w:val="000000" w:themeColor="text1"/>
          <w:sz w:val="32"/>
          <w:szCs w:val="32"/>
        </w:rPr>
        <w:t xml:space="preserve"> </w:t>
      </w:r>
    </w:p>
    <w:p w14:paraId="4BBB79B9" w14:textId="77777777" w:rsidR="00230015" w:rsidRPr="00207437" w:rsidRDefault="00230015" w:rsidP="00230015">
      <w:pPr>
        <w:pStyle w:val="Heading1"/>
        <w:spacing w:before="0" w:line="240" w:lineRule="auto"/>
        <w:jc w:val="center"/>
        <w:rPr>
          <w:rFonts w:ascii="Times New Roman" w:hAnsi="Times New Roman" w:cs="Times New Roman"/>
          <w:color w:val="000000" w:themeColor="text1"/>
          <w:sz w:val="32"/>
          <w:szCs w:val="32"/>
        </w:rPr>
      </w:pPr>
    </w:p>
    <w:p w14:paraId="20153EA2" w14:textId="17344804" w:rsidR="006609A1" w:rsidRPr="00207437" w:rsidRDefault="002F243A" w:rsidP="00230015">
      <w:pPr>
        <w:pStyle w:val="Heading1"/>
        <w:spacing w:before="0" w:line="240" w:lineRule="auto"/>
        <w:jc w:val="center"/>
        <w:rPr>
          <w:rFonts w:ascii="Times New Roman" w:hAnsi="Times New Roman" w:cs="Times New Roman"/>
          <w:color w:val="000000" w:themeColor="text1"/>
        </w:rPr>
      </w:pPr>
      <w:r w:rsidRPr="00207437">
        <w:rPr>
          <w:rFonts w:ascii="Times New Roman" w:hAnsi="Times New Roman" w:cs="Times New Roman"/>
          <w:color w:val="000000" w:themeColor="text1"/>
        </w:rPr>
        <w:t>Photo Release Policy</w:t>
      </w:r>
    </w:p>
    <w:p w14:paraId="6D633E7D" w14:textId="77777777" w:rsidR="00230015" w:rsidRPr="00207437" w:rsidRDefault="00230015" w:rsidP="00230015">
      <w:pPr>
        <w:rPr>
          <w:sz w:val="32"/>
          <w:szCs w:val="32"/>
        </w:rPr>
      </w:pPr>
    </w:p>
    <w:p w14:paraId="7C2C78CA" w14:textId="03514A9F" w:rsidR="007276BD" w:rsidRPr="00207437" w:rsidRDefault="00A85E60" w:rsidP="00230015">
      <w:pPr>
        <w:pStyle w:val="Heading2"/>
        <w:spacing w:before="0" w:line="240" w:lineRule="auto"/>
        <w:rPr>
          <w:rFonts w:ascii="Times New Roman" w:hAnsi="Times New Roman" w:cs="Times New Roman"/>
          <w:color w:val="000000" w:themeColor="text1"/>
          <w:sz w:val="24"/>
          <w:szCs w:val="24"/>
        </w:rPr>
      </w:pPr>
      <w:r w:rsidRPr="00207437">
        <w:rPr>
          <w:rFonts w:ascii="Times New Roman" w:hAnsi="Times New Roman" w:cs="Times New Roman"/>
          <w:color w:val="000000" w:themeColor="text1"/>
          <w:sz w:val="24"/>
          <w:szCs w:val="24"/>
        </w:rPr>
        <w:t xml:space="preserve">Section 1: </w:t>
      </w:r>
      <w:r w:rsidR="002F243A" w:rsidRPr="00207437">
        <w:rPr>
          <w:rFonts w:ascii="Times New Roman" w:hAnsi="Times New Roman" w:cs="Times New Roman"/>
          <w:color w:val="000000" w:themeColor="text1"/>
          <w:sz w:val="24"/>
          <w:szCs w:val="24"/>
        </w:rPr>
        <w:t>Purpose</w:t>
      </w:r>
      <w:r w:rsidR="004E0764" w:rsidRPr="00207437">
        <w:rPr>
          <w:rFonts w:ascii="Times New Roman" w:hAnsi="Times New Roman" w:cs="Times New Roman"/>
          <w:color w:val="000000" w:themeColor="text1"/>
          <w:sz w:val="24"/>
          <w:szCs w:val="24"/>
        </w:rPr>
        <w:t xml:space="preserve"> </w:t>
      </w:r>
      <w:r w:rsidR="007276BD" w:rsidRPr="00207437">
        <w:rPr>
          <w:rFonts w:ascii="Times New Roman" w:hAnsi="Times New Roman" w:cs="Times New Roman"/>
          <w:color w:val="000000" w:themeColor="text1"/>
          <w:sz w:val="24"/>
          <w:szCs w:val="24"/>
        </w:rPr>
        <w:t xml:space="preserve">and </w:t>
      </w:r>
      <w:r w:rsidR="00623072" w:rsidRPr="00207437">
        <w:rPr>
          <w:rFonts w:ascii="Times New Roman" w:hAnsi="Times New Roman" w:cs="Times New Roman"/>
          <w:color w:val="000000" w:themeColor="text1"/>
          <w:sz w:val="24"/>
          <w:szCs w:val="24"/>
        </w:rPr>
        <w:t>Objectives</w:t>
      </w:r>
    </w:p>
    <w:p w14:paraId="376FBF9F" w14:textId="27081797" w:rsidR="00623072" w:rsidRPr="00207437" w:rsidRDefault="002F243A" w:rsidP="00326013">
      <w:pPr>
        <w:pStyle w:val="Heading2"/>
        <w:numPr>
          <w:ilvl w:val="1"/>
          <w:numId w:val="18"/>
        </w:numPr>
        <w:spacing w:before="0" w:line="240" w:lineRule="auto"/>
        <w:rPr>
          <w:rFonts w:ascii="Times New Roman" w:hAnsi="Times New Roman" w:cs="Times New Roman"/>
          <w:b w:val="0"/>
          <w:color w:val="000000" w:themeColor="text1"/>
          <w:sz w:val="24"/>
          <w:szCs w:val="24"/>
        </w:rPr>
      </w:pPr>
      <w:r w:rsidRPr="00207437">
        <w:rPr>
          <w:rFonts w:ascii="Times New Roman" w:hAnsi="Times New Roman" w:cs="Times New Roman"/>
          <w:b w:val="0"/>
          <w:color w:val="000000" w:themeColor="text1"/>
          <w:sz w:val="24"/>
          <w:szCs w:val="24"/>
        </w:rPr>
        <w:t xml:space="preserve">SWAT Swim Club recognizes the importance of promoting the club and celebrating the accomplishments of our </w:t>
      </w:r>
      <w:r w:rsidR="00FD330A" w:rsidRPr="00207437">
        <w:rPr>
          <w:rFonts w:ascii="Times New Roman" w:hAnsi="Times New Roman" w:cs="Times New Roman"/>
          <w:b w:val="0"/>
          <w:color w:val="000000" w:themeColor="text1"/>
          <w:sz w:val="24"/>
          <w:szCs w:val="24"/>
        </w:rPr>
        <w:t>athletes</w:t>
      </w:r>
      <w:r w:rsidRPr="00207437">
        <w:rPr>
          <w:rFonts w:ascii="Times New Roman" w:hAnsi="Times New Roman" w:cs="Times New Roman"/>
          <w:b w:val="0"/>
          <w:color w:val="000000" w:themeColor="text1"/>
          <w:sz w:val="24"/>
          <w:szCs w:val="24"/>
        </w:rPr>
        <w:t xml:space="preserve"> through various forms of media, including photos and videos. </w:t>
      </w:r>
    </w:p>
    <w:p w14:paraId="6A109215" w14:textId="1193CB31" w:rsidR="006609A1" w:rsidRPr="00207437" w:rsidRDefault="002F243A" w:rsidP="0030125C">
      <w:pPr>
        <w:pStyle w:val="Heading2"/>
        <w:numPr>
          <w:ilvl w:val="1"/>
          <w:numId w:val="18"/>
        </w:numPr>
        <w:spacing w:before="0" w:line="240" w:lineRule="auto"/>
        <w:rPr>
          <w:rFonts w:ascii="Times New Roman" w:hAnsi="Times New Roman" w:cs="Times New Roman"/>
          <w:b w:val="0"/>
          <w:color w:val="000000" w:themeColor="text1"/>
          <w:sz w:val="24"/>
          <w:szCs w:val="24"/>
        </w:rPr>
      </w:pPr>
      <w:r w:rsidRPr="00207437">
        <w:rPr>
          <w:rFonts w:ascii="Times New Roman" w:hAnsi="Times New Roman" w:cs="Times New Roman"/>
          <w:b w:val="0"/>
          <w:color w:val="000000" w:themeColor="text1"/>
          <w:sz w:val="24"/>
          <w:szCs w:val="24"/>
        </w:rPr>
        <w:t>To ensure the privacy and safety of our athletes, especially minors, we have established the following photo release policy.</w:t>
      </w:r>
    </w:p>
    <w:p w14:paraId="13D32F5F" w14:textId="77777777" w:rsidR="00917BD8" w:rsidRPr="00207437" w:rsidRDefault="00917BD8" w:rsidP="00230015">
      <w:pPr>
        <w:pStyle w:val="Heading2"/>
        <w:spacing w:before="0" w:line="240" w:lineRule="auto"/>
        <w:rPr>
          <w:rFonts w:ascii="Times New Roman" w:hAnsi="Times New Roman" w:cs="Times New Roman"/>
          <w:color w:val="000000" w:themeColor="text1"/>
          <w:sz w:val="24"/>
          <w:szCs w:val="24"/>
        </w:rPr>
      </w:pPr>
    </w:p>
    <w:p w14:paraId="61683880" w14:textId="77777777" w:rsidR="009D5918" w:rsidRPr="00207437" w:rsidRDefault="009D5918" w:rsidP="00230015">
      <w:pPr>
        <w:pStyle w:val="Heading2"/>
        <w:spacing w:before="0" w:line="240" w:lineRule="auto"/>
        <w:rPr>
          <w:rFonts w:ascii="Times New Roman" w:hAnsi="Times New Roman" w:cs="Times New Roman"/>
          <w:color w:val="000000" w:themeColor="text1"/>
          <w:sz w:val="24"/>
          <w:szCs w:val="24"/>
        </w:rPr>
      </w:pPr>
      <w:r w:rsidRPr="00207437">
        <w:rPr>
          <w:rFonts w:ascii="Times New Roman" w:hAnsi="Times New Roman" w:cs="Times New Roman"/>
          <w:color w:val="000000" w:themeColor="text1"/>
          <w:sz w:val="24"/>
          <w:szCs w:val="24"/>
        </w:rPr>
        <w:t>Section 2:</w:t>
      </w:r>
      <w:r w:rsidR="004E0764" w:rsidRPr="00207437">
        <w:rPr>
          <w:rFonts w:ascii="Times New Roman" w:hAnsi="Times New Roman" w:cs="Times New Roman"/>
          <w:color w:val="000000" w:themeColor="text1"/>
          <w:sz w:val="24"/>
          <w:szCs w:val="24"/>
        </w:rPr>
        <w:t xml:space="preserve"> </w:t>
      </w:r>
      <w:r w:rsidR="002F243A" w:rsidRPr="00207437">
        <w:rPr>
          <w:rFonts w:ascii="Times New Roman" w:hAnsi="Times New Roman" w:cs="Times New Roman"/>
          <w:color w:val="000000" w:themeColor="text1"/>
          <w:sz w:val="24"/>
          <w:szCs w:val="24"/>
        </w:rPr>
        <w:t>Policy Statement</w:t>
      </w:r>
      <w:r w:rsidR="004E0764" w:rsidRPr="00207437">
        <w:rPr>
          <w:rFonts w:ascii="Times New Roman" w:hAnsi="Times New Roman" w:cs="Times New Roman"/>
          <w:color w:val="000000" w:themeColor="text1"/>
          <w:sz w:val="24"/>
          <w:szCs w:val="24"/>
        </w:rPr>
        <w:t xml:space="preserve"> </w:t>
      </w:r>
    </w:p>
    <w:p w14:paraId="18C1298A" w14:textId="7C7DBDCA" w:rsidR="006609A1" w:rsidRPr="00207437" w:rsidRDefault="009D5918" w:rsidP="009D5918">
      <w:pPr>
        <w:pStyle w:val="Heading2"/>
        <w:spacing w:before="0" w:line="240" w:lineRule="auto"/>
        <w:ind w:left="360" w:hanging="360"/>
        <w:rPr>
          <w:rFonts w:ascii="Times New Roman" w:hAnsi="Times New Roman" w:cs="Times New Roman"/>
          <w:b w:val="0"/>
          <w:color w:val="000000" w:themeColor="text1"/>
          <w:sz w:val="24"/>
          <w:szCs w:val="24"/>
        </w:rPr>
      </w:pPr>
      <w:r w:rsidRPr="00207437">
        <w:rPr>
          <w:rFonts w:ascii="Times New Roman" w:hAnsi="Times New Roman" w:cs="Times New Roman"/>
          <w:b w:val="0"/>
          <w:bCs w:val="0"/>
          <w:color w:val="000000" w:themeColor="text1"/>
          <w:sz w:val="24"/>
          <w:szCs w:val="24"/>
        </w:rPr>
        <w:t xml:space="preserve">2.1 </w:t>
      </w:r>
      <w:r w:rsidR="002F243A" w:rsidRPr="00207437">
        <w:rPr>
          <w:rFonts w:ascii="Times New Roman" w:hAnsi="Times New Roman" w:cs="Times New Roman"/>
          <w:b w:val="0"/>
          <w:color w:val="000000" w:themeColor="text1"/>
          <w:sz w:val="24"/>
          <w:szCs w:val="24"/>
        </w:rPr>
        <w:t xml:space="preserve">By enrolling in the SWAT Swim Club, parents/guardians grant permission to SWAT Swim Club to take photographs and/or videos of </w:t>
      </w:r>
      <w:r w:rsidR="00FD330A" w:rsidRPr="00207437">
        <w:rPr>
          <w:rFonts w:ascii="Times New Roman" w:hAnsi="Times New Roman" w:cs="Times New Roman"/>
          <w:b w:val="0"/>
          <w:color w:val="000000" w:themeColor="text1"/>
          <w:sz w:val="24"/>
          <w:szCs w:val="24"/>
        </w:rPr>
        <w:t xml:space="preserve">athletes </w:t>
      </w:r>
      <w:r w:rsidR="002F243A" w:rsidRPr="00207437">
        <w:rPr>
          <w:rFonts w:ascii="Times New Roman" w:hAnsi="Times New Roman" w:cs="Times New Roman"/>
          <w:b w:val="0"/>
          <w:color w:val="000000" w:themeColor="text1"/>
          <w:sz w:val="24"/>
          <w:szCs w:val="24"/>
        </w:rPr>
        <w:t xml:space="preserve">during practices, meets, </w:t>
      </w:r>
      <w:r w:rsidR="00FD330A" w:rsidRPr="00207437">
        <w:rPr>
          <w:rFonts w:ascii="Times New Roman" w:hAnsi="Times New Roman" w:cs="Times New Roman"/>
          <w:b w:val="0"/>
          <w:color w:val="000000" w:themeColor="text1"/>
          <w:sz w:val="24"/>
          <w:szCs w:val="24"/>
        </w:rPr>
        <w:t xml:space="preserve">competitions, clinics, camps </w:t>
      </w:r>
      <w:r w:rsidR="002F243A" w:rsidRPr="00207437">
        <w:rPr>
          <w:rFonts w:ascii="Times New Roman" w:hAnsi="Times New Roman" w:cs="Times New Roman"/>
          <w:b w:val="0"/>
          <w:color w:val="000000" w:themeColor="text1"/>
          <w:sz w:val="24"/>
          <w:szCs w:val="24"/>
        </w:rPr>
        <w:t>and club events. These images may be used for:</w:t>
      </w:r>
    </w:p>
    <w:p w14:paraId="45635AEA" w14:textId="0FC5F1C5" w:rsidR="006609A1" w:rsidRPr="00207437" w:rsidRDefault="002F243A" w:rsidP="00230015">
      <w:pPr>
        <w:pStyle w:val="ListParagraph"/>
        <w:numPr>
          <w:ilvl w:val="0"/>
          <w:numId w:val="10"/>
        </w:numPr>
        <w:spacing w:after="0" w:line="240" w:lineRule="auto"/>
        <w:rPr>
          <w:rFonts w:ascii="Times New Roman" w:hAnsi="Times New Roman" w:cs="Times New Roman"/>
          <w:color w:val="000000" w:themeColor="text1"/>
          <w:sz w:val="24"/>
          <w:szCs w:val="24"/>
        </w:rPr>
      </w:pPr>
      <w:r w:rsidRPr="00207437">
        <w:rPr>
          <w:rFonts w:ascii="Times New Roman" w:hAnsi="Times New Roman" w:cs="Times New Roman"/>
          <w:color w:val="000000" w:themeColor="text1"/>
          <w:sz w:val="24"/>
          <w:szCs w:val="24"/>
        </w:rPr>
        <w:t>SWAT Swim Club’s website and social media channels</w:t>
      </w:r>
      <w:r w:rsidR="00FF06CC" w:rsidRPr="00207437">
        <w:rPr>
          <w:rFonts w:ascii="Times New Roman" w:hAnsi="Times New Roman" w:cs="Times New Roman"/>
          <w:color w:val="000000" w:themeColor="text1"/>
          <w:sz w:val="24"/>
          <w:szCs w:val="24"/>
        </w:rPr>
        <w:t>.</w:t>
      </w:r>
    </w:p>
    <w:p w14:paraId="0FA39D4D" w14:textId="37D8DB3F" w:rsidR="006609A1" w:rsidRPr="00207437" w:rsidRDefault="002F243A" w:rsidP="00230015">
      <w:pPr>
        <w:pStyle w:val="ListParagraph"/>
        <w:numPr>
          <w:ilvl w:val="0"/>
          <w:numId w:val="10"/>
        </w:numPr>
        <w:spacing w:after="0" w:line="240" w:lineRule="auto"/>
        <w:rPr>
          <w:rFonts w:ascii="Times New Roman" w:hAnsi="Times New Roman" w:cs="Times New Roman"/>
          <w:color w:val="000000" w:themeColor="text1"/>
          <w:sz w:val="24"/>
          <w:szCs w:val="24"/>
        </w:rPr>
      </w:pPr>
      <w:r w:rsidRPr="00207437">
        <w:rPr>
          <w:rFonts w:ascii="Times New Roman" w:hAnsi="Times New Roman" w:cs="Times New Roman"/>
          <w:color w:val="000000" w:themeColor="text1"/>
          <w:sz w:val="24"/>
          <w:szCs w:val="24"/>
        </w:rPr>
        <w:t>Press releases and media coverage</w:t>
      </w:r>
      <w:r w:rsidR="00FF06CC" w:rsidRPr="00207437">
        <w:rPr>
          <w:rFonts w:ascii="Times New Roman" w:hAnsi="Times New Roman" w:cs="Times New Roman"/>
          <w:color w:val="000000" w:themeColor="text1"/>
          <w:sz w:val="24"/>
          <w:szCs w:val="24"/>
        </w:rPr>
        <w:t>.</w:t>
      </w:r>
    </w:p>
    <w:p w14:paraId="12D641BB" w14:textId="155FE112" w:rsidR="006609A1" w:rsidRPr="00207437" w:rsidRDefault="002F243A" w:rsidP="00230015">
      <w:pPr>
        <w:pStyle w:val="ListParagraph"/>
        <w:numPr>
          <w:ilvl w:val="0"/>
          <w:numId w:val="10"/>
        </w:numPr>
        <w:spacing w:after="0" w:line="240" w:lineRule="auto"/>
        <w:rPr>
          <w:rFonts w:ascii="Times New Roman" w:hAnsi="Times New Roman" w:cs="Times New Roman"/>
          <w:color w:val="000000" w:themeColor="text1"/>
          <w:sz w:val="24"/>
          <w:szCs w:val="24"/>
        </w:rPr>
      </w:pPr>
      <w:r w:rsidRPr="00207437">
        <w:rPr>
          <w:rFonts w:ascii="Times New Roman" w:hAnsi="Times New Roman" w:cs="Times New Roman"/>
          <w:color w:val="000000" w:themeColor="text1"/>
          <w:sz w:val="24"/>
          <w:szCs w:val="24"/>
        </w:rPr>
        <w:t>Team promotional materials</w:t>
      </w:r>
      <w:r w:rsidR="00FF06CC" w:rsidRPr="00207437">
        <w:rPr>
          <w:rFonts w:ascii="Times New Roman" w:hAnsi="Times New Roman" w:cs="Times New Roman"/>
          <w:color w:val="000000" w:themeColor="text1"/>
          <w:sz w:val="24"/>
          <w:szCs w:val="24"/>
        </w:rPr>
        <w:t>.</w:t>
      </w:r>
    </w:p>
    <w:p w14:paraId="40A46399" w14:textId="5D64AABE" w:rsidR="006609A1" w:rsidRPr="00207437" w:rsidRDefault="002F243A" w:rsidP="00230015">
      <w:pPr>
        <w:pStyle w:val="ListParagraph"/>
        <w:numPr>
          <w:ilvl w:val="0"/>
          <w:numId w:val="10"/>
        </w:numPr>
        <w:spacing w:after="0" w:line="240" w:lineRule="auto"/>
        <w:rPr>
          <w:rFonts w:ascii="Times New Roman" w:hAnsi="Times New Roman" w:cs="Times New Roman"/>
          <w:color w:val="000000" w:themeColor="text1"/>
          <w:sz w:val="24"/>
          <w:szCs w:val="24"/>
        </w:rPr>
      </w:pPr>
      <w:r w:rsidRPr="00207437">
        <w:rPr>
          <w:rFonts w:ascii="Times New Roman" w:hAnsi="Times New Roman" w:cs="Times New Roman"/>
          <w:color w:val="000000" w:themeColor="text1"/>
          <w:sz w:val="24"/>
          <w:szCs w:val="24"/>
        </w:rPr>
        <w:t xml:space="preserve">Meet </w:t>
      </w:r>
      <w:r w:rsidR="00FD330A" w:rsidRPr="00207437">
        <w:rPr>
          <w:rFonts w:ascii="Times New Roman" w:hAnsi="Times New Roman" w:cs="Times New Roman"/>
          <w:color w:val="000000" w:themeColor="text1"/>
          <w:sz w:val="24"/>
          <w:szCs w:val="24"/>
        </w:rPr>
        <w:t xml:space="preserve">and/or competition </w:t>
      </w:r>
      <w:r w:rsidRPr="00207437">
        <w:rPr>
          <w:rFonts w:ascii="Times New Roman" w:hAnsi="Times New Roman" w:cs="Times New Roman"/>
          <w:color w:val="000000" w:themeColor="text1"/>
          <w:sz w:val="24"/>
          <w:szCs w:val="24"/>
        </w:rPr>
        <w:t>programs and newsletters</w:t>
      </w:r>
      <w:r w:rsidR="00FF06CC" w:rsidRPr="00207437">
        <w:rPr>
          <w:rFonts w:ascii="Times New Roman" w:hAnsi="Times New Roman" w:cs="Times New Roman"/>
          <w:color w:val="000000" w:themeColor="text1"/>
          <w:sz w:val="24"/>
          <w:szCs w:val="24"/>
        </w:rPr>
        <w:t>.</w:t>
      </w:r>
    </w:p>
    <w:p w14:paraId="6ABED29D" w14:textId="77777777" w:rsidR="00995D60" w:rsidRPr="00207437" w:rsidRDefault="00995D60" w:rsidP="00230015">
      <w:pPr>
        <w:pStyle w:val="Heading2"/>
        <w:spacing w:before="0" w:line="240" w:lineRule="auto"/>
        <w:contextualSpacing/>
        <w:rPr>
          <w:rFonts w:ascii="Times New Roman" w:hAnsi="Times New Roman" w:cs="Times New Roman"/>
          <w:color w:val="000000" w:themeColor="text1"/>
          <w:sz w:val="24"/>
          <w:szCs w:val="24"/>
        </w:rPr>
      </w:pPr>
    </w:p>
    <w:p w14:paraId="7D8DB50D" w14:textId="3CEC09A7" w:rsidR="004E0764" w:rsidRPr="00207437" w:rsidRDefault="00995D60" w:rsidP="00230015">
      <w:pPr>
        <w:pStyle w:val="Heading2"/>
        <w:spacing w:before="0" w:line="240" w:lineRule="auto"/>
        <w:contextualSpacing/>
        <w:rPr>
          <w:rFonts w:ascii="Times New Roman" w:hAnsi="Times New Roman" w:cs="Times New Roman"/>
          <w:color w:val="000000" w:themeColor="text1"/>
          <w:sz w:val="24"/>
          <w:szCs w:val="24"/>
        </w:rPr>
      </w:pPr>
      <w:r w:rsidRPr="00207437">
        <w:rPr>
          <w:rFonts w:ascii="Times New Roman" w:hAnsi="Times New Roman" w:cs="Times New Roman"/>
          <w:color w:val="000000" w:themeColor="text1"/>
          <w:sz w:val="24"/>
          <w:szCs w:val="24"/>
        </w:rPr>
        <w:t>Section 3</w:t>
      </w:r>
      <w:r w:rsidR="004E0764" w:rsidRPr="00207437">
        <w:rPr>
          <w:rFonts w:ascii="Times New Roman" w:hAnsi="Times New Roman" w:cs="Times New Roman"/>
          <w:color w:val="000000" w:themeColor="text1"/>
          <w:sz w:val="24"/>
          <w:szCs w:val="24"/>
        </w:rPr>
        <w:t xml:space="preserve">: </w:t>
      </w:r>
      <w:r w:rsidR="002F243A" w:rsidRPr="00207437">
        <w:rPr>
          <w:rFonts w:ascii="Times New Roman" w:hAnsi="Times New Roman" w:cs="Times New Roman"/>
          <w:color w:val="000000" w:themeColor="text1"/>
          <w:sz w:val="24"/>
          <w:szCs w:val="24"/>
        </w:rPr>
        <w:t>Guidelines</w:t>
      </w:r>
    </w:p>
    <w:p w14:paraId="65E71769" w14:textId="6C018222" w:rsidR="006609A1" w:rsidRPr="00207437" w:rsidRDefault="002F243A" w:rsidP="009E1E90">
      <w:pPr>
        <w:pStyle w:val="ListParagraph"/>
        <w:numPr>
          <w:ilvl w:val="1"/>
          <w:numId w:val="20"/>
        </w:numPr>
        <w:spacing w:after="0" w:line="240" w:lineRule="auto"/>
        <w:rPr>
          <w:rFonts w:ascii="Times New Roman" w:hAnsi="Times New Roman" w:cs="Times New Roman"/>
          <w:color w:val="000000" w:themeColor="text1"/>
          <w:sz w:val="24"/>
          <w:szCs w:val="24"/>
        </w:rPr>
      </w:pPr>
      <w:r w:rsidRPr="00207437">
        <w:rPr>
          <w:rFonts w:ascii="Times New Roman" w:hAnsi="Times New Roman" w:cs="Times New Roman"/>
          <w:color w:val="000000" w:themeColor="text1"/>
          <w:sz w:val="24"/>
          <w:szCs w:val="24"/>
        </w:rPr>
        <w:t>Identification: No images will include personal identifying information such as home addresses</w:t>
      </w:r>
      <w:r w:rsidR="009E1E90" w:rsidRPr="00207437">
        <w:rPr>
          <w:rFonts w:ascii="Times New Roman" w:hAnsi="Times New Roman" w:cs="Times New Roman"/>
          <w:color w:val="000000" w:themeColor="text1"/>
          <w:sz w:val="24"/>
          <w:szCs w:val="24"/>
        </w:rPr>
        <w:t xml:space="preserve"> </w:t>
      </w:r>
      <w:r w:rsidRPr="00207437">
        <w:rPr>
          <w:rFonts w:ascii="Times New Roman" w:hAnsi="Times New Roman" w:cs="Times New Roman"/>
          <w:color w:val="000000" w:themeColor="text1"/>
          <w:sz w:val="24"/>
          <w:szCs w:val="24"/>
        </w:rPr>
        <w:t>or contact information without additional parental consent.</w:t>
      </w:r>
    </w:p>
    <w:p w14:paraId="6D7A0A3B" w14:textId="3674DFDC" w:rsidR="006609A1" w:rsidRPr="00207437" w:rsidRDefault="002F243A" w:rsidP="009E1E90">
      <w:pPr>
        <w:pStyle w:val="ListParagraph"/>
        <w:numPr>
          <w:ilvl w:val="1"/>
          <w:numId w:val="20"/>
        </w:numPr>
        <w:spacing w:after="0" w:line="240" w:lineRule="auto"/>
        <w:rPr>
          <w:rFonts w:ascii="Times New Roman" w:hAnsi="Times New Roman" w:cs="Times New Roman"/>
          <w:color w:val="000000" w:themeColor="text1"/>
          <w:sz w:val="24"/>
          <w:szCs w:val="24"/>
        </w:rPr>
      </w:pPr>
      <w:r w:rsidRPr="00207437">
        <w:rPr>
          <w:rFonts w:ascii="Times New Roman" w:hAnsi="Times New Roman" w:cs="Times New Roman"/>
          <w:color w:val="000000" w:themeColor="text1"/>
          <w:sz w:val="24"/>
          <w:szCs w:val="24"/>
        </w:rPr>
        <w:t>Opt-Out Option: Parents or guardians who do not wish for their child’s image to be used must submit a Photo Release Opt-Out Form at the time of registration or by contacting the club directly.</w:t>
      </w:r>
    </w:p>
    <w:p w14:paraId="7DE779A2" w14:textId="7EE6E896" w:rsidR="006609A1" w:rsidRPr="00207437" w:rsidRDefault="002F243A" w:rsidP="009E1E90">
      <w:pPr>
        <w:pStyle w:val="ListParagraph"/>
        <w:numPr>
          <w:ilvl w:val="1"/>
          <w:numId w:val="20"/>
        </w:numPr>
        <w:spacing w:after="0" w:line="240" w:lineRule="auto"/>
        <w:rPr>
          <w:rFonts w:ascii="Times New Roman" w:hAnsi="Times New Roman" w:cs="Times New Roman"/>
          <w:color w:val="000000" w:themeColor="text1"/>
          <w:sz w:val="24"/>
          <w:szCs w:val="24"/>
        </w:rPr>
      </w:pPr>
      <w:r w:rsidRPr="00207437">
        <w:rPr>
          <w:rFonts w:ascii="Times New Roman" w:hAnsi="Times New Roman" w:cs="Times New Roman"/>
          <w:color w:val="000000" w:themeColor="text1"/>
          <w:sz w:val="24"/>
          <w:szCs w:val="24"/>
        </w:rPr>
        <w:t xml:space="preserve">Respect and Appropriateness: All photos and videos will be taken and used in a manner that respects the dignity of the </w:t>
      </w:r>
      <w:r w:rsidR="00FD330A" w:rsidRPr="00207437">
        <w:rPr>
          <w:rFonts w:ascii="Times New Roman" w:hAnsi="Times New Roman" w:cs="Times New Roman"/>
          <w:color w:val="000000" w:themeColor="text1"/>
          <w:sz w:val="24"/>
          <w:szCs w:val="24"/>
        </w:rPr>
        <w:t xml:space="preserve">athlete(s) </w:t>
      </w:r>
      <w:r w:rsidRPr="00207437">
        <w:rPr>
          <w:rFonts w:ascii="Times New Roman" w:hAnsi="Times New Roman" w:cs="Times New Roman"/>
          <w:color w:val="000000" w:themeColor="text1"/>
          <w:sz w:val="24"/>
          <w:szCs w:val="24"/>
        </w:rPr>
        <w:t>and reflects the values of the club. No photos will be taken in locker rooms, bathrooms, or other private areas.</w:t>
      </w:r>
    </w:p>
    <w:p w14:paraId="343233F6" w14:textId="4C7A71B8" w:rsidR="006609A1" w:rsidRPr="00207437" w:rsidRDefault="002F243A" w:rsidP="009E1E90">
      <w:pPr>
        <w:pStyle w:val="ListParagraph"/>
        <w:numPr>
          <w:ilvl w:val="1"/>
          <w:numId w:val="20"/>
        </w:numPr>
        <w:spacing w:after="0" w:line="240" w:lineRule="auto"/>
        <w:rPr>
          <w:rFonts w:ascii="Times New Roman" w:hAnsi="Times New Roman" w:cs="Times New Roman"/>
          <w:color w:val="000000" w:themeColor="text1"/>
          <w:sz w:val="24"/>
          <w:szCs w:val="24"/>
        </w:rPr>
      </w:pPr>
      <w:r w:rsidRPr="00207437">
        <w:rPr>
          <w:rFonts w:ascii="Times New Roman" w:hAnsi="Times New Roman" w:cs="Times New Roman"/>
          <w:color w:val="000000" w:themeColor="text1"/>
          <w:sz w:val="24"/>
          <w:szCs w:val="24"/>
        </w:rPr>
        <w:t>Third-Party Use: SWAT Swim Club will not sell or license any images to third parties. Images may be shared with local news outlets for coverage of events, but only with limited identifying details and parental approval when required.</w:t>
      </w:r>
    </w:p>
    <w:p w14:paraId="2DF0D535" w14:textId="77777777" w:rsidR="009E1E90" w:rsidRPr="00207437" w:rsidRDefault="009E1E90" w:rsidP="00230015">
      <w:pPr>
        <w:pStyle w:val="Heading2"/>
        <w:spacing w:before="0" w:line="240" w:lineRule="auto"/>
        <w:contextualSpacing/>
        <w:rPr>
          <w:rFonts w:ascii="Times New Roman" w:hAnsi="Times New Roman" w:cs="Times New Roman"/>
          <w:color w:val="000000" w:themeColor="text1"/>
          <w:sz w:val="24"/>
          <w:szCs w:val="24"/>
        </w:rPr>
      </w:pPr>
    </w:p>
    <w:p w14:paraId="60D1463F" w14:textId="07545349" w:rsidR="00F37864" w:rsidRPr="00207437" w:rsidRDefault="009E1E90" w:rsidP="00F37864">
      <w:pPr>
        <w:pStyle w:val="Heading2"/>
        <w:spacing w:before="0" w:line="240" w:lineRule="auto"/>
        <w:contextualSpacing/>
        <w:rPr>
          <w:rFonts w:ascii="Times New Roman" w:hAnsi="Times New Roman" w:cs="Times New Roman"/>
          <w:color w:val="000000" w:themeColor="text1"/>
          <w:sz w:val="24"/>
          <w:szCs w:val="24"/>
        </w:rPr>
      </w:pPr>
      <w:r w:rsidRPr="00207437">
        <w:rPr>
          <w:rFonts w:ascii="Times New Roman" w:hAnsi="Times New Roman" w:cs="Times New Roman"/>
          <w:color w:val="000000" w:themeColor="text1"/>
          <w:sz w:val="24"/>
          <w:szCs w:val="24"/>
        </w:rPr>
        <w:t xml:space="preserve">Section 4: </w:t>
      </w:r>
      <w:r w:rsidR="00F37864" w:rsidRPr="00207437">
        <w:rPr>
          <w:rFonts w:ascii="Times New Roman" w:hAnsi="Times New Roman" w:cs="Times New Roman"/>
          <w:color w:val="000000" w:themeColor="text1"/>
          <w:sz w:val="24"/>
          <w:szCs w:val="24"/>
        </w:rPr>
        <w:t>Parental Consent and Signature</w:t>
      </w:r>
    </w:p>
    <w:p w14:paraId="5780C649" w14:textId="6576ED7C" w:rsidR="00F37864" w:rsidRPr="00207437" w:rsidRDefault="0055076E" w:rsidP="00F37864">
      <w:pPr>
        <w:spacing w:after="0" w:line="240" w:lineRule="auto"/>
        <w:ind w:right="-18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By registering with SWAT Swim Club, </w:t>
      </w:r>
      <w:r w:rsidR="00F37864" w:rsidRPr="00207437">
        <w:rPr>
          <w:rFonts w:ascii="Times New Roman" w:hAnsi="Times New Roman" w:cs="Times New Roman"/>
          <w:color w:val="000000" w:themeColor="text1"/>
          <w:sz w:val="24"/>
          <w:szCs w:val="24"/>
        </w:rPr>
        <w:t>I acknowledge that I have read and understand the SWAT Swim Club Photo Release Policy and give permission for my child(ren)’s photograph/video to be taken and used as described above.</w:t>
      </w:r>
    </w:p>
    <w:p w14:paraId="65DEBA24" w14:textId="77777777" w:rsidR="00F37864" w:rsidRPr="00207437" w:rsidRDefault="00F37864" w:rsidP="00F37864">
      <w:pPr>
        <w:spacing w:after="0" w:line="240" w:lineRule="auto"/>
        <w:ind w:right="-180"/>
        <w:rPr>
          <w:rFonts w:ascii="Times New Roman" w:hAnsi="Times New Roman" w:cs="Times New Roman"/>
          <w:color w:val="000000" w:themeColor="text1"/>
          <w:sz w:val="24"/>
          <w:szCs w:val="24"/>
        </w:rPr>
      </w:pPr>
    </w:p>
    <w:p w14:paraId="6EC7664D" w14:textId="77777777" w:rsidR="00F37864" w:rsidRPr="00207437" w:rsidRDefault="00F37864" w:rsidP="00F37864">
      <w:pPr>
        <w:spacing w:after="0" w:line="240" w:lineRule="auto"/>
        <w:ind w:right="-180"/>
        <w:rPr>
          <w:rFonts w:ascii="Times New Roman" w:hAnsi="Times New Roman" w:cs="Times New Roman"/>
          <w:color w:val="000000" w:themeColor="text1"/>
          <w:sz w:val="24"/>
          <w:szCs w:val="24"/>
        </w:rPr>
      </w:pPr>
    </w:p>
    <w:p w14:paraId="37E4B3E6" w14:textId="77777777" w:rsidR="00F974D8" w:rsidRPr="00207437" w:rsidRDefault="00F974D8" w:rsidP="00230015">
      <w:pPr>
        <w:spacing w:after="0" w:line="240" w:lineRule="auto"/>
        <w:rPr>
          <w:rFonts w:ascii="Times New Roman" w:hAnsi="Times New Roman" w:cs="Times New Roman"/>
          <w:color w:val="000000" w:themeColor="text1"/>
          <w:sz w:val="24"/>
          <w:szCs w:val="24"/>
        </w:rPr>
      </w:pPr>
    </w:p>
    <w:p w14:paraId="7FABAEE0" w14:textId="77777777" w:rsidR="005A71D1" w:rsidRPr="00207437" w:rsidRDefault="005A71D1" w:rsidP="00E30063">
      <w:pPr>
        <w:pStyle w:val="Heading4"/>
        <w:spacing w:before="0" w:line="240" w:lineRule="auto"/>
        <w:rPr>
          <w:rStyle w:val="Strong"/>
          <w:rFonts w:ascii="Times New Roman" w:hAnsi="Times New Roman" w:cs="Times New Roman"/>
          <w:b/>
          <w:bCs/>
          <w:i w:val="0"/>
          <w:color w:val="000000" w:themeColor="text1"/>
          <w:sz w:val="24"/>
          <w:szCs w:val="24"/>
        </w:rPr>
      </w:pPr>
    </w:p>
    <w:p w14:paraId="5BD649C8" w14:textId="77777777" w:rsidR="00F974D8" w:rsidRPr="00F974D8" w:rsidRDefault="00F974D8" w:rsidP="00E30063">
      <w:pPr>
        <w:spacing w:after="0" w:line="240" w:lineRule="auto"/>
        <w:rPr>
          <w:rFonts w:ascii="Times New Roman" w:hAnsi="Times New Roman" w:cs="Times New Roman"/>
          <w:color w:val="000000" w:themeColor="text1"/>
          <w:sz w:val="24"/>
          <w:szCs w:val="24"/>
        </w:rPr>
      </w:pPr>
    </w:p>
    <w:sectPr w:rsidR="00F974D8" w:rsidRPr="00F974D8" w:rsidSect="00AB2F24">
      <w:pgSz w:w="12240" w:h="15840"/>
      <w:pgMar w:top="1440" w:right="1440" w:bottom="3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auto"/>
    <w:pitch w:val="variable"/>
    <w:sig w:usb0="00000003" w:usb1="00000000" w:usb2="00000000" w:usb3="00000000" w:csb0="0000000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B2C3714"/>
    <w:multiLevelType w:val="multilevel"/>
    <w:tmpl w:val="77C8991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F8865E5"/>
    <w:multiLevelType w:val="multilevel"/>
    <w:tmpl w:val="8A182C8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08E1AFA"/>
    <w:multiLevelType w:val="multilevel"/>
    <w:tmpl w:val="434AE4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4F7DA9"/>
    <w:multiLevelType w:val="multilevel"/>
    <w:tmpl w:val="27705B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F520F90"/>
    <w:multiLevelType w:val="hybridMultilevel"/>
    <w:tmpl w:val="77101A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ECD73DE"/>
    <w:multiLevelType w:val="hybridMultilevel"/>
    <w:tmpl w:val="55B2E4E8"/>
    <w:lvl w:ilvl="0" w:tplc="1B1C878A">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F315C8"/>
    <w:multiLevelType w:val="hybridMultilevel"/>
    <w:tmpl w:val="29201E0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6BD0D4F"/>
    <w:multiLevelType w:val="multilevel"/>
    <w:tmpl w:val="61E4E0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A9C4CFC"/>
    <w:multiLevelType w:val="multilevel"/>
    <w:tmpl w:val="5DB44E84"/>
    <w:lvl w:ilvl="0">
      <w:start w:val="3"/>
      <w:numFmt w:val="decimal"/>
      <w:lvlText w:val="%1"/>
      <w:lvlJc w:val="left"/>
      <w:pPr>
        <w:ind w:left="360" w:hanging="360"/>
      </w:pPr>
      <w:rPr>
        <w:rFonts w:ascii="Arial" w:hAnsi="Arial" w:cstheme="minorBidi" w:hint="default"/>
        <w:color w:val="auto"/>
        <w:sz w:val="22"/>
      </w:rPr>
    </w:lvl>
    <w:lvl w:ilvl="1">
      <w:start w:val="1"/>
      <w:numFmt w:val="decimal"/>
      <w:lvlText w:val="%1.%2"/>
      <w:lvlJc w:val="left"/>
      <w:pPr>
        <w:ind w:left="360" w:hanging="360"/>
      </w:pPr>
      <w:rPr>
        <w:rFonts w:ascii="Arial" w:hAnsi="Arial" w:cstheme="minorBidi" w:hint="default"/>
        <w:color w:val="auto"/>
        <w:sz w:val="22"/>
      </w:rPr>
    </w:lvl>
    <w:lvl w:ilvl="2">
      <w:start w:val="1"/>
      <w:numFmt w:val="decimal"/>
      <w:lvlText w:val="%1.%2.%3"/>
      <w:lvlJc w:val="left"/>
      <w:pPr>
        <w:ind w:left="720" w:hanging="720"/>
      </w:pPr>
      <w:rPr>
        <w:rFonts w:ascii="Arial" w:hAnsi="Arial" w:cstheme="minorBidi" w:hint="default"/>
        <w:color w:val="auto"/>
        <w:sz w:val="22"/>
      </w:rPr>
    </w:lvl>
    <w:lvl w:ilvl="3">
      <w:start w:val="1"/>
      <w:numFmt w:val="decimal"/>
      <w:lvlText w:val="%1.%2.%3.%4"/>
      <w:lvlJc w:val="left"/>
      <w:pPr>
        <w:ind w:left="720" w:hanging="720"/>
      </w:pPr>
      <w:rPr>
        <w:rFonts w:ascii="Arial" w:hAnsi="Arial" w:cstheme="minorBidi" w:hint="default"/>
        <w:color w:val="auto"/>
        <w:sz w:val="22"/>
      </w:rPr>
    </w:lvl>
    <w:lvl w:ilvl="4">
      <w:start w:val="1"/>
      <w:numFmt w:val="decimal"/>
      <w:lvlText w:val="%1.%2.%3.%4.%5"/>
      <w:lvlJc w:val="left"/>
      <w:pPr>
        <w:ind w:left="1080" w:hanging="1080"/>
      </w:pPr>
      <w:rPr>
        <w:rFonts w:ascii="Arial" w:hAnsi="Arial" w:cstheme="minorBidi" w:hint="default"/>
        <w:color w:val="auto"/>
        <w:sz w:val="22"/>
      </w:rPr>
    </w:lvl>
    <w:lvl w:ilvl="5">
      <w:start w:val="1"/>
      <w:numFmt w:val="decimal"/>
      <w:lvlText w:val="%1.%2.%3.%4.%5.%6"/>
      <w:lvlJc w:val="left"/>
      <w:pPr>
        <w:ind w:left="1080" w:hanging="1080"/>
      </w:pPr>
      <w:rPr>
        <w:rFonts w:ascii="Arial" w:hAnsi="Arial" w:cstheme="minorBidi" w:hint="default"/>
        <w:color w:val="auto"/>
        <w:sz w:val="22"/>
      </w:rPr>
    </w:lvl>
    <w:lvl w:ilvl="6">
      <w:start w:val="1"/>
      <w:numFmt w:val="decimal"/>
      <w:lvlText w:val="%1.%2.%3.%4.%5.%6.%7"/>
      <w:lvlJc w:val="left"/>
      <w:pPr>
        <w:ind w:left="1440" w:hanging="1440"/>
      </w:pPr>
      <w:rPr>
        <w:rFonts w:ascii="Arial" w:hAnsi="Arial" w:cstheme="minorBidi" w:hint="default"/>
        <w:color w:val="auto"/>
        <w:sz w:val="22"/>
      </w:rPr>
    </w:lvl>
    <w:lvl w:ilvl="7">
      <w:start w:val="1"/>
      <w:numFmt w:val="decimal"/>
      <w:lvlText w:val="%1.%2.%3.%4.%5.%6.%7.%8"/>
      <w:lvlJc w:val="left"/>
      <w:pPr>
        <w:ind w:left="1440" w:hanging="1440"/>
      </w:pPr>
      <w:rPr>
        <w:rFonts w:ascii="Arial" w:hAnsi="Arial" w:cstheme="minorBidi" w:hint="default"/>
        <w:color w:val="auto"/>
        <w:sz w:val="22"/>
      </w:rPr>
    </w:lvl>
    <w:lvl w:ilvl="8">
      <w:start w:val="1"/>
      <w:numFmt w:val="decimal"/>
      <w:lvlText w:val="%1.%2.%3.%4.%5.%6.%7.%8.%9"/>
      <w:lvlJc w:val="left"/>
      <w:pPr>
        <w:ind w:left="1800" w:hanging="1800"/>
      </w:pPr>
      <w:rPr>
        <w:rFonts w:ascii="Arial" w:hAnsi="Arial" w:cstheme="minorBidi" w:hint="default"/>
        <w:color w:val="auto"/>
        <w:sz w:val="22"/>
      </w:rPr>
    </w:lvl>
  </w:abstractNum>
  <w:abstractNum w:abstractNumId="18" w15:restartNumberingAfterBreak="0">
    <w:nsid w:val="69F7695A"/>
    <w:multiLevelType w:val="hybridMultilevel"/>
    <w:tmpl w:val="68C609C0"/>
    <w:lvl w:ilvl="0" w:tplc="5D0C1992">
      <w:numFmt w:val="bullet"/>
      <w:lvlText w:val=""/>
      <w:lvlJc w:val="left"/>
      <w:pPr>
        <w:ind w:left="720" w:hanging="360"/>
      </w:pPr>
      <w:rPr>
        <w:rFonts w:ascii="Symbol" w:eastAsiaTheme="majorEastAsia" w:hAnsi="Symbol"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3227BD"/>
    <w:multiLevelType w:val="hybridMultilevel"/>
    <w:tmpl w:val="4DECD31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679723">
    <w:abstractNumId w:val="8"/>
  </w:num>
  <w:num w:numId="2" w16cid:durableId="1577782463">
    <w:abstractNumId w:val="6"/>
  </w:num>
  <w:num w:numId="3" w16cid:durableId="579103778">
    <w:abstractNumId w:val="5"/>
  </w:num>
  <w:num w:numId="4" w16cid:durableId="849030399">
    <w:abstractNumId w:val="4"/>
  </w:num>
  <w:num w:numId="5" w16cid:durableId="214777198">
    <w:abstractNumId w:val="7"/>
  </w:num>
  <w:num w:numId="6" w16cid:durableId="708650413">
    <w:abstractNumId w:val="3"/>
  </w:num>
  <w:num w:numId="7" w16cid:durableId="1404061935">
    <w:abstractNumId w:val="2"/>
  </w:num>
  <w:num w:numId="8" w16cid:durableId="1704553798">
    <w:abstractNumId w:val="1"/>
  </w:num>
  <w:num w:numId="9" w16cid:durableId="276301147">
    <w:abstractNumId w:val="0"/>
  </w:num>
  <w:num w:numId="10" w16cid:durableId="753550655">
    <w:abstractNumId w:val="19"/>
  </w:num>
  <w:num w:numId="11" w16cid:durableId="1645230413">
    <w:abstractNumId w:val="14"/>
  </w:num>
  <w:num w:numId="12" w16cid:durableId="909999654">
    <w:abstractNumId w:val="13"/>
  </w:num>
  <w:num w:numId="13" w16cid:durableId="1166940283">
    <w:abstractNumId w:val="15"/>
  </w:num>
  <w:num w:numId="14" w16cid:durableId="1317104342">
    <w:abstractNumId w:val="12"/>
  </w:num>
  <w:num w:numId="15" w16cid:durableId="1012338289">
    <w:abstractNumId w:val="11"/>
  </w:num>
  <w:num w:numId="16" w16cid:durableId="1187602752">
    <w:abstractNumId w:val="16"/>
  </w:num>
  <w:num w:numId="17" w16cid:durableId="1047294009">
    <w:abstractNumId w:val="18"/>
  </w:num>
  <w:num w:numId="18" w16cid:durableId="1361473892">
    <w:abstractNumId w:val="10"/>
  </w:num>
  <w:num w:numId="19" w16cid:durableId="1736590928">
    <w:abstractNumId w:val="17"/>
  </w:num>
  <w:num w:numId="20" w16cid:durableId="210406226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80DDD"/>
    <w:rsid w:val="00086467"/>
    <w:rsid w:val="0015074B"/>
    <w:rsid w:val="001977CA"/>
    <w:rsid w:val="001E3846"/>
    <w:rsid w:val="00207437"/>
    <w:rsid w:val="00230015"/>
    <w:rsid w:val="00257E7A"/>
    <w:rsid w:val="002876C4"/>
    <w:rsid w:val="0029639D"/>
    <w:rsid w:val="002F243A"/>
    <w:rsid w:val="0030125C"/>
    <w:rsid w:val="00326013"/>
    <w:rsid w:val="00326F90"/>
    <w:rsid w:val="00405274"/>
    <w:rsid w:val="00447182"/>
    <w:rsid w:val="004753E2"/>
    <w:rsid w:val="004A0858"/>
    <w:rsid w:val="004B4718"/>
    <w:rsid w:val="004D5DD7"/>
    <w:rsid w:val="004E0764"/>
    <w:rsid w:val="004E2B90"/>
    <w:rsid w:val="004E67B0"/>
    <w:rsid w:val="0055076E"/>
    <w:rsid w:val="005A71D1"/>
    <w:rsid w:val="00622292"/>
    <w:rsid w:val="00623072"/>
    <w:rsid w:val="006609A1"/>
    <w:rsid w:val="00715E94"/>
    <w:rsid w:val="007276BD"/>
    <w:rsid w:val="007868E3"/>
    <w:rsid w:val="007C5067"/>
    <w:rsid w:val="00842164"/>
    <w:rsid w:val="00855074"/>
    <w:rsid w:val="00873E36"/>
    <w:rsid w:val="00894AFB"/>
    <w:rsid w:val="00917BD8"/>
    <w:rsid w:val="00935E21"/>
    <w:rsid w:val="00995D60"/>
    <w:rsid w:val="009D5918"/>
    <w:rsid w:val="009E1E90"/>
    <w:rsid w:val="00A06CC9"/>
    <w:rsid w:val="00A85E60"/>
    <w:rsid w:val="00AA1D8D"/>
    <w:rsid w:val="00AA5EB4"/>
    <w:rsid w:val="00AB2F24"/>
    <w:rsid w:val="00AB4B9C"/>
    <w:rsid w:val="00B1276D"/>
    <w:rsid w:val="00B47730"/>
    <w:rsid w:val="00B75B9B"/>
    <w:rsid w:val="00CB0664"/>
    <w:rsid w:val="00D00453"/>
    <w:rsid w:val="00D621D8"/>
    <w:rsid w:val="00DE0A19"/>
    <w:rsid w:val="00E30063"/>
    <w:rsid w:val="00E43D82"/>
    <w:rsid w:val="00E81502"/>
    <w:rsid w:val="00F0061A"/>
    <w:rsid w:val="00F37864"/>
    <w:rsid w:val="00F974D8"/>
    <w:rsid w:val="00FB5118"/>
    <w:rsid w:val="00FC693F"/>
    <w:rsid w:val="00FD330A"/>
    <w:rsid w:val="00FF06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FBE31C3"/>
  <w14:defaultImageDpi w14:val="300"/>
  <w15:docId w15:val="{2D498148-CC34-1D49-8252-7D2D3488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NormalWeb">
    <w:name w:val="Normal (Web)"/>
    <w:basedOn w:val="Normal"/>
    <w:uiPriority w:val="99"/>
    <w:unhideWhenUsed/>
    <w:rsid w:val="00F974D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1276D"/>
    <w:rPr>
      <w:color w:val="0000FF" w:themeColor="hyperlink"/>
      <w:u w:val="single"/>
    </w:rPr>
  </w:style>
  <w:style w:type="character" w:styleId="UnresolvedMention">
    <w:name w:val="Unresolved Mention"/>
    <w:basedOn w:val="DefaultParagraphFont"/>
    <w:uiPriority w:val="99"/>
    <w:semiHidden/>
    <w:unhideWhenUsed/>
    <w:rsid w:val="00B127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570312">
      <w:bodyDiv w:val="1"/>
      <w:marLeft w:val="0"/>
      <w:marRight w:val="0"/>
      <w:marTop w:val="0"/>
      <w:marBottom w:val="0"/>
      <w:divBdr>
        <w:top w:val="none" w:sz="0" w:space="0" w:color="auto"/>
        <w:left w:val="none" w:sz="0" w:space="0" w:color="auto"/>
        <w:bottom w:val="none" w:sz="0" w:space="0" w:color="auto"/>
        <w:right w:val="none" w:sz="0" w:space="0" w:color="auto"/>
      </w:divBdr>
    </w:div>
    <w:div w:id="211887895">
      <w:bodyDiv w:val="1"/>
      <w:marLeft w:val="0"/>
      <w:marRight w:val="0"/>
      <w:marTop w:val="0"/>
      <w:marBottom w:val="0"/>
      <w:divBdr>
        <w:top w:val="none" w:sz="0" w:space="0" w:color="auto"/>
        <w:left w:val="none" w:sz="0" w:space="0" w:color="auto"/>
        <w:bottom w:val="none" w:sz="0" w:space="0" w:color="auto"/>
        <w:right w:val="none" w:sz="0" w:space="0" w:color="auto"/>
      </w:divBdr>
    </w:div>
    <w:div w:id="8908419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78FD25-7A89-3F4B-98DB-EA509E5C0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300</Words>
  <Characters>1626</Characters>
  <Application>Microsoft Office Word</Application>
  <DocSecurity>0</DocSecurity>
  <Lines>40</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Shaundra Britton</cp:lastModifiedBy>
  <cp:revision>3</cp:revision>
  <dcterms:created xsi:type="dcterms:W3CDTF">2026-09-01T13:37:00Z</dcterms:created>
  <dcterms:modified xsi:type="dcterms:W3CDTF">2026-09-01T13:37:00Z</dcterms:modified>
  <cp:category/>
</cp:coreProperties>
</file>